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ED0E" w14:textId="5F7A3843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CD3B81" wp14:editId="5DB85353">
                <wp:simplePos x="0" y="0"/>
                <wp:positionH relativeFrom="column">
                  <wp:posOffset>7983855</wp:posOffset>
                </wp:positionH>
                <wp:positionV relativeFrom="paragraph">
                  <wp:posOffset>-7620</wp:posOffset>
                </wp:positionV>
                <wp:extent cx="2087880" cy="140462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A464E" w14:textId="2B63191E" w:rsidR="00B3087C" w:rsidRPr="00B3087C" w:rsidRDefault="008E6B49" w:rsidP="00B3087C">
                            <w:pPr>
                              <w:jc w:val="right"/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  <w:t>Second</w:t>
                            </w:r>
                            <w:r w:rsidR="00B3087C" w:rsidRPr="00B3087C"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LEVEL PE</w:t>
                            </w:r>
                          </w:p>
                          <w:p w14:paraId="6BF8024A" w14:textId="77777777" w:rsidR="00B3087C" w:rsidRPr="00B3087C" w:rsidRDefault="00B3087C" w:rsidP="00B3087C">
                            <w:pPr>
                              <w:jc w:val="right"/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7C"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ANNUAL CALENDAR </w:t>
                            </w:r>
                          </w:p>
                          <w:p w14:paraId="247CB6B6" w14:textId="77777777" w:rsidR="00B3087C" w:rsidRPr="00B3087C" w:rsidRDefault="00B3087C" w:rsidP="00B3087C">
                            <w:pPr>
                              <w:jc w:val="right"/>
                              <w:rPr>
                                <w:rFonts w:ascii="Tw Cen MT" w:hAnsi="Tw Cen MT"/>
                                <w:color w:val="FFFFFF" w:themeColor="background1"/>
                              </w:rPr>
                            </w:pPr>
                            <w:r w:rsidRPr="00B3087C">
                              <w:rPr>
                                <w:rFonts w:ascii="Tw Cen MT" w:hAnsi="Tw Cen MT"/>
                                <w:color w:val="FFFFFF" w:themeColor="background1"/>
                              </w:rPr>
                              <w:t>A guide for class 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CD3B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65pt;margin-top:-.6pt;width:164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" filled="f" stroked="f">
                <v:textbox style="mso-fit-shape-to-text:t">
                  <w:txbxContent>
                    <w:p w14:paraId="75CA464E" w14:textId="2B63191E" w:rsidR="00B3087C" w:rsidRPr="00B3087C" w:rsidRDefault="008E6B49" w:rsidP="00B3087C">
                      <w:pPr>
                        <w:jc w:val="right"/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  <w:t>Second</w:t>
                      </w:r>
                      <w:r w:rsidR="00B3087C" w:rsidRPr="00B3087C"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  <w:t xml:space="preserve"> LEVEL PE</w:t>
                      </w:r>
                    </w:p>
                    <w:p w14:paraId="6BF8024A" w14:textId="77777777" w:rsidR="00B3087C" w:rsidRPr="00B3087C" w:rsidRDefault="00B3087C" w:rsidP="00B3087C">
                      <w:pPr>
                        <w:jc w:val="right"/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7C"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  <w:t xml:space="preserve">ANNUAL CALENDAR </w:t>
                      </w:r>
                    </w:p>
                    <w:p w14:paraId="247CB6B6" w14:textId="77777777" w:rsidR="00B3087C" w:rsidRPr="00B3087C" w:rsidRDefault="00B3087C" w:rsidP="00B3087C">
                      <w:pPr>
                        <w:jc w:val="right"/>
                        <w:rPr>
                          <w:rFonts w:ascii="Tw Cen MT" w:hAnsi="Tw Cen MT"/>
                          <w:color w:val="FFFFFF" w:themeColor="background1"/>
                        </w:rPr>
                      </w:pPr>
                      <w:r w:rsidRPr="00B3087C">
                        <w:rPr>
                          <w:rFonts w:ascii="Tw Cen MT" w:hAnsi="Tw Cen MT"/>
                          <w:color w:val="FFFFFF" w:themeColor="background1"/>
                        </w:rPr>
                        <w:t>A guide for class teachers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01ED3FE" wp14:editId="30754950">
            <wp:simplePos x="0" y="0"/>
            <wp:positionH relativeFrom="column">
              <wp:posOffset>-26670</wp:posOffset>
            </wp:positionH>
            <wp:positionV relativeFrom="paragraph">
              <wp:posOffset>-17145</wp:posOffset>
            </wp:positionV>
            <wp:extent cx="3438525" cy="1367157"/>
            <wp:effectExtent l="0" t="0" r="0" b="4445"/>
            <wp:wrapNone/>
            <wp:docPr id="761913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13213" name="Picture 7619132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36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458BB" wp14:editId="3B7A247D">
                <wp:simplePos x="0" y="0"/>
                <wp:positionH relativeFrom="column">
                  <wp:posOffset>-200025</wp:posOffset>
                </wp:positionH>
                <wp:positionV relativeFrom="paragraph">
                  <wp:posOffset>-180975</wp:posOffset>
                </wp:positionV>
                <wp:extent cx="10506075" cy="1238250"/>
                <wp:effectExtent l="0" t="0" r="28575" b="19050"/>
                <wp:wrapNone/>
                <wp:docPr id="8547120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6075" cy="12382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929CC" id="Rectangle 1" o:spid="_x0000_s1026" style="position:absolute;margin-left:-15.75pt;margin-top:-14.25pt;width:827.25pt;height:9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" fillcolor="#0070c0" strokecolor="white [3212]" strokeweight="2pt"/>
            </w:pict>
          </mc:Fallback>
        </mc:AlternateContent>
      </w:r>
    </w:p>
    <w:p w14:paraId="3BDC0915" w14:textId="77777777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</w:p>
    <w:p w14:paraId="784A8B9C" w14:textId="77777777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</w:p>
    <w:p w14:paraId="1E8C3181" w14:textId="77777777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</w:p>
    <w:p w14:paraId="71C30695" w14:textId="4F12C7EA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t>SECOND LEVEL PE – TERM 1 WEEKLY OVERVIEW</w:t>
      </w:r>
    </w:p>
    <w:p w14:paraId="61E07A9D" w14:textId="0D60E3A4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Invasion and Team Games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06538CF0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CB5D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A07D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CEA8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E01E8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BD1F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4C9C812A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2853D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E5BE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Creating space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EE6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width, depth and movement off the ball through small-sided games. Options: football, hockey, basketball, netball or rugby.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2B91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dodge, accelerate, decelerate, change direction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2A97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after passing; create passing lanes; scan before receiving.</w:t>
            </w:r>
          </w:p>
        </w:tc>
      </w:tr>
      <w:tr w:rsidR="00EB4A93" w14:paraId="42BE7EE5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40BEA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9D9D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Passing &amp; receiving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5D72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Passing and receiving on the move, with increasing pressure. Options: football, hockey, basketball, netball, rugby or handball.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CD8A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Pass, catch, receive, move into space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0497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appropriate technique; receive on the move; increase pressure.</w:t>
            </w:r>
          </w:p>
        </w:tc>
      </w:tr>
      <w:tr w:rsidR="00EB4A93" w14:paraId="6628C88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6E0E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F8D6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Attacking play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FC5AA" w14:textId="146BFE43" w:rsidR="00EB4A93" w:rsidRDefault="008E6B49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 xml:space="preserve">Attack focused mini games. </w:t>
            </w:r>
            <w:r>
              <w:rPr>
                <w:rFonts w:ascii="Arial" w:hAnsi="Arial"/>
                <w:color w:val="263A61"/>
                <w:sz w:val="13"/>
              </w:rPr>
              <w:t>Options: football, hockey, basketball, netball, rugby or handball.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ED52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dodge, pass, change direction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46DE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Support the player in possession; make effective movement choices.</w:t>
            </w:r>
          </w:p>
        </w:tc>
      </w:tr>
      <w:tr w:rsidR="00EB4A93" w14:paraId="5619B64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1B0D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9309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Defending play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A1BE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Marking, tracking, delaying, intercepting and defending space through conditioned games.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E0B5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Dodge, balance, intercept, stop, recover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6FEC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Communicate; stay goal-side where appropriate; recover quickly.</w:t>
            </w:r>
          </w:p>
        </w:tc>
      </w:tr>
      <w:tr w:rsidR="00EB4A93" w14:paraId="6EDD61EF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34173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2A953" w14:textId="2B19387E" w:rsidR="00EB4A93" w:rsidRDefault="008E6B49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Games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6B91B" w14:textId="76DB9C25" w:rsidR="00EB4A93" w:rsidRDefault="008E6B49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 xml:space="preserve">Games with discussion of what went well and what do they need to improve. </w:t>
            </w:r>
            <w:r>
              <w:rPr>
                <w:rFonts w:ascii="Arial" w:hAnsi="Arial"/>
                <w:color w:val="263A61"/>
                <w:sz w:val="13"/>
              </w:rPr>
              <w:t>Options: football, hockey, basketball, netball, rugby or handball.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8267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Sprint, change direction, pass, intercept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94F8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React quickly; recognise when to attack or defend.</w:t>
            </w:r>
          </w:p>
        </w:tc>
      </w:tr>
      <w:tr w:rsidR="00EB4A93" w14:paraId="1FE28528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2F0F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2A67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Team tactics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91DA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Teams plan simple tactics and positional roles. Options: football, hockey, basketball, netball, rugby or handball.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3D4F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Move, pass, receive, defend, support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D787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agreed tactics; adapt when the opposition changes.</w:t>
            </w:r>
          </w:p>
        </w:tc>
      </w:tr>
      <w:tr w:rsidR="00EB4A93" w14:paraId="71570944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B1DE8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726F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Small-sided games &amp; leadership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EE2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Short games with pupils taking roles as player, coach, referee or scorer.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8536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sport-specific movement and decision making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596C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Communicate, lead fairly and give constructive feedback.</w:t>
            </w:r>
          </w:p>
        </w:tc>
      </w:tr>
      <w:tr w:rsidR="00EB4A93" w14:paraId="0286118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B6AE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089F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Team games tournament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99A1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Modified tournament using class-chosen invasion games. Include planning, officiating and reflection.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9BB5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All invasion game skills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43DD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tactics under pressure; show teamwork, sportsmanship and resilience.</w:t>
            </w:r>
          </w:p>
        </w:tc>
      </w:tr>
    </w:tbl>
    <w:p w14:paraId="42FD9702" w14:textId="315A912F" w:rsidR="00B3087C" w:rsidRDefault="002F691D">
      <w:r>
        <w:br w:type="page"/>
      </w:r>
    </w:p>
    <w:p w14:paraId="4C0BCE0D" w14:textId="77777777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lastRenderedPageBreak/>
        <w:t>SECOND LEVEL PE – TERM 2 WEEKLY OVERVIEW</w:t>
      </w:r>
    </w:p>
    <w:p w14:paraId="7BECB55E" w14:textId="585DDFE7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Gymnastics and Scottish Dance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72CD2671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6BF86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E529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26B2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689C6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01E0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4541F1C0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8C1E6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3705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Balances &amp; body shapes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9A70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balances using different bases of support, levels, directions and partner balances.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88C5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Balance, stretch, control, core stability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C70D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Hold positions with control; focus on posture and stability.</w:t>
            </w:r>
          </w:p>
        </w:tc>
      </w:tr>
      <w:tr w:rsidR="00EB4A93" w14:paraId="35475B4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4201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F642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Travelling &amp; rolls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A0F6B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Link travelling actions with rolls and changes of level; use mats and apparatus where appropriate.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4C0B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Travel, roll, turn, coordination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0F86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safely into and out of actions; improve fluency.</w:t>
            </w:r>
          </w:p>
        </w:tc>
      </w:tr>
      <w:tr w:rsidR="00EB4A93" w14:paraId="7DC55500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6231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CF0D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Jumps, turns &amp; landings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0268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jumping for height/distance, turns and safe landings; create short combinations.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2A1F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Jump, land, turn, balance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D79C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arms; bend knees on landing; control rotations.</w:t>
            </w:r>
          </w:p>
        </w:tc>
      </w:tr>
      <w:tr w:rsidR="00EB4A93" w14:paraId="2A64C1C9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AEA7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2C99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Gymnastics sequences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CED0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Create, practise and perform sequences combining balance, travel, roll, jump, turn and stretch.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D84A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Balance, travel, roll, jump, turn, stretch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6B82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clear start/finish; improve quality and timing.</w:t>
            </w:r>
          </w:p>
        </w:tc>
      </w:tr>
      <w:tr w:rsidR="00EB4A93" w14:paraId="11097DD8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B0645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C857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Scottish dance steps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A198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travelling steps, rhythm, timing and formations through Scottish country dance.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11E7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Rhythm, timing, balance,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A995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Keep the beat; remember patterns and formations.</w:t>
            </w:r>
          </w:p>
        </w:tc>
      </w:tr>
      <w:tr w:rsidR="00EB4A93" w14:paraId="10AC7681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D75C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C108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Partner &amp; group dances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2346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partner and group dances using turns, changes of direction and formations.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2145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Rhythm, balance, coordination, cooperation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2FFC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together; maintain spacing; respond to others.</w:t>
            </w:r>
          </w:p>
        </w:tc>
      </w:tr>
      <w:tr w:rsidR="00EB4A93" w14:paraId="730A436F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ADF3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2559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Create &amp; rehearse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9569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Groups create or adapt a short Scottish dance sequence and rehearse for performance.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AF00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Timing, rhythm, coordination, creativity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770A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Make purposeful choices; use peer feedback to refine.</w:t>
            </w:r>
          </w:p>
        </w:tc>
      </w:tr>
      <w:tr w:rsidR="00EB4A93" w14:paraId="06D434B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9E811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8C00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Perform &amp; evaluate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A822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Perform a Scottish dance sequence and evaluate timing, teamwork, confidence and performance quality.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047A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Rhythm, balance, timing, expression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95C3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Reflect on strengths and identify a next step.</w:t>
            </w:r>
          </w:p>
        </w:tc>
      </w:tr>
    </w:tbl>
    <w:p w14:paraId="554DAE9D" w14:textId="77777777" w:rsidR="00EB4A93" w:rsidRDefault="002F691D">
      <w:r>
        <w:br w:type="page"/>
      </w:r>
    </w:p>
    <w:p w14:paraId="20308D6F" w14:textId="77777777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lastRenderedPageBreak/>
        <w:t>SECOND LEVEL PE – TERM 3 WEEKLY OVERVIEW</w:t>
      </w:r>
    </w:p>
    <w:p w14:paraId="01AEB159" w14:textId="468A2699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Fitness, Racket Games and Games Choice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4F4B9F97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6448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FB46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9B21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1AC78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22D2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072597C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63CF3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CE8A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Fitness baseline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544B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personal fitness through simple stations and record a starting point. Options: running, skipping, circuits or sport-specific tasks.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5E1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jump, change direction, control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9C13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Work safely; understand effort and recovery; set a personal target.</w:t>
            </w:r>
          </w:p>
        </w:tc>
      </w:tr>
      <w:tr w:rsidR="00EB4A93" w14:paraId="78AD8D02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C3D0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E14E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Speed &amp; agility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5AAB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Short sprint, reaction and change-of-direction activities; use sport-specific movement patterns.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296B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Sprint, accelerate, decelerate, dodge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D478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Improve reaction time and movement efficiency.</w:t>
            </w:r>
          </w:p>
        </w:tc>
      </w:tr>
      <w:tr w:rsidR="00EB4A93" w14:paraId="328074C3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781E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E943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Stamina &amp; endurance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7F48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Continuous and interval activities; pace effort and recover effectively.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C48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pace, stamina,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7A4A4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Recognise appropriate intensity; sustain effort.</w:t>
            </w:r>
          </w:p>
        </w:tc>
      </w:tr>
      <w:tr w:rsidR="00EB4A93" w14:paraId="4415AA9F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C370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8E23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Strength, flexibility &amp; core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C02F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Bodyweight circuits and controlled movement challenges developing strength, flexibility and core stability.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9CE0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Balance, strength, stability, stretch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1299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safe technique; identify body responses.</w:t>
            </w:r>
          </w:p>
        </w:tc>
      </w:tr>
      <w:tr w:rsidR="00EB4A93" w14:paraId="08357AF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F8003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EBC4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Racket control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74D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ready position, grip, sending and receiving. Options: tennis, badminton, pickleball or table tennis.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1560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control, coordination, balance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D9F5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Track the object; recover to a ready position.</w:t>
            </w:r>
          </w:p>
        </w:tc>
      </w:tr>
      <w:tr w:rsidR="00EB4A93" w14:paraId="7EA3C003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ADA01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A196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Racket placement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D515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direction, height, speed and placement in partner rallies and target games.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771E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move, recover, react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9238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an opponent; choose appropriate force.</w:t>
            </w:r>
          </w:p>
        </w:tc>
      </w:tr>
      <w:tr w:rsidR="00EB4A93" w14:paraId="1D68BA99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A1D1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BBC4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Racket tactics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2A21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Modified games using simple scoring, serving and attacking/defending decisions.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061E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serve, control, decision making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7F0A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when to attack, defend or change placement.</w:t>
            </w:r>
          </w:p>
        </w:tc>
      </w:tr>
      <w:tr w:rsidR="00EB4A93" w14:paraId="5C9CD05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B376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9509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Racket games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6B45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Small-sided competitions and skill challenges. Pupils can choose tennis, badminton, pickleball or table tennis.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01EB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control, movement, agility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7B23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skills under pressure; officiate fairly.</w:t>
            </w:r>
          </w:p>
        </w:tc>
      </w:tr>
      <w:tr w:rsidR="00EB4A93" w14:paraId="647033B7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20DE0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9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B038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Games choice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3DC0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Begin a pupil/class choice block. Options: football, hockey, basketball, netball, rugby, handball or ultimate frisbee.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D3EB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Sport-specific skills, movement,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C504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Identify key skills and agree a focus.</w:t>
            </w:r>
          </w:p>
        </w:tc>
      </w:tr>
      <w:tr w:rsidR="00EB4A93" w14:paraId="29C9C3B8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CECB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10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1FE4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Developing tactics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49C7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Conditioned games focusing on attack, defence, support, space or possession in the chosen sport.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2932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Pass, receive, dodge, intercept, move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46C4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Explain decisions; adapt tactics to opponents.</w:t>
            </w:r>
          </w:p>
        </w:tc>
      </w:tr>
      <w:tr w:rsidR="00EB4A93" w14:paraId="10954E24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635F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159E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Leadership &amp; officiating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3324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Pupils lead warm-ups, skill stations or modified games and take referee/scorer roles.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CF0E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Leadership, communication, sport skills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3050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Give clear instructions; apply rules consistently.</w:t>
            </w:r>
          </w:p>
        </w:tc>
      </w:tr>
      <w:tr w:rsidR="00EB4A93" w14:paraId="5458DE96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3781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21ED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Games choice tournament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5B87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Finish the choice block with modified games, team planning, officiating and reflection.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31E1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and adapt sport-specific skills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78A7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Demonstrate independence, sportsmanship and tactical understanding.</w:t>
            </w:r>
          </w:p>
        </w:tc>
      </w:tr>
    </w:tbl>
    <w:p w14:paraId="2DEDD6B9" w14:textId="77777777" w:rsidR="00EB4A93" w:rsidRDefault="002F691D">
      <w:r>
        <w:br w:type="page"/>
      </w:r>
    </w:p>
    <w:p w14:paraId="18534A75" w14:textId="77777777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lastRenderedPageBreak/>
        <w:t>SECOND LEVEL PE – TERM 4 WEEKLY OVERVIEW</w:t>
      </w:r>
    </w:p>
    <w:p w14:paraId="4E5C1669" w14:textId="0D3C9192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Sports Day Practice, Athletics and Striking &amp; Fielding Games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33652D29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4A4E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79EF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B450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3CD5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9A4D5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4FA4E3E5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2570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2BA2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Sports Day running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B827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Practise sprint starts, acceleration, running lanes and relay changeovers. Options: Sprints • relays • obstacle races.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9007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sprint, accelerate, balance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300D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Safe starts, finishes and efficient changeovers.</w:t>
            </w:r>
          </w:p>
        </w:tc>
      </w:tr>
      <w:tr w:rsidR="00EB4A93" w14:paraId="5DACDC92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7984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A2F6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Sports Day jumping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8E75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Practise jumping technique, take-off and landing; measure and compare performances. Options: Long jump • standing jump • high-jump-style activities.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0EB6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Jump, land, balance, power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3714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arms; land safely; record improvement.</w:t>
            </w:r>
          </w:p>
        </w:tc>
      </w:tr>
      <w:tr w:rsidR="00EB4A93" w14:paraId="018DF528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6C6F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B200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Sports Day throwing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9B9B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throwing technique for distance and accuracy; practise safe event routines. Options: Distance throw • target throw • foam/vortex-style throw.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75CD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power, accuracy,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2053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force and technique; retrieve safely.</w:t>
            </w:r>
          </w:p>
        </w:tc>
      </w:tr>
      <w:tr w:rsidR="00EB4A93" w14:paraId="7A75A063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2B69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241F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Sports Day practice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D79A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Combine running, jumping, throwing and relay events; include team challenges and officiating. Options: Athletics • relays • team challenges.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1209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jump, throw, speed, stamina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BEC5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Build confidence, fair play and independence.</w:t>
            </w:r>
          </w:p>
        </w:tc>
      </w:tr>
      <w:tr w:rsidR="00EB4A93" w14:paraId="0312AF21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6E251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4E3B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Athletics: sprinting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0B65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starts, acceleration, sprint technique, pacing and relay performance. Options: 60m/80m sprints • relays.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070A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Sprint, accelerate, coordinate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E042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feedback to refine technique.</w:t>
            </w:r>
          </w:p>
        </w:tc>
      </w:tr>
      <w:tr w:rsidR="00EB4A93" w14:paraId="754C835C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53FB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AE95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Athletics: jumping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7272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run-up, take-off, flight and landing for distance and height. Options: Long jump • high-jump-style activities.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57D2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Jump, land, balance, power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FECC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an appropriate run-up; land safely.</w:t>
            </w:r>
          </w:p>
        </w:tc>
      </w:tr>
      <w:tr w:rsidR="00EB4A93" w14:paraId="021CCA28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8492D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BF46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Athletics: throwing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CD27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distance and accuracy throwing; measure attempts and set personal targets. Options: Shot-put-style foam throw • vortex throw • target throw.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2E30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power, accuracy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CDF3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Select technique and force; improve consistency.</w:t>
            </w:r>
          </w:p>
        </w:tc>
      </w:tr>
      <w:tr w:rsidR="00EB4A93" w14:paraId="7BAC9E2C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40D5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08DE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Athletics challenge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1032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Combine running, jumping and throwing; compare performance and reflect on progress. Options: Athletics circuit • personal best challenges.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F3C5E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jump, throw, speed, stamina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B8F1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results to set a realistic next target.</w:t>
            </w:r>
          </w:p>
        </w:tc>
      </w:tr>
      <w:tr w:rsidR="00EB4A93" w14:paraId="01809F93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CE8C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9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A2E2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Striking &amp; fielding skills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A23B3" w14:textId="62023731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Develop striking into space, catching, throwing and fielding techniques. Options: Rounders • cricket • longball • softball-style games.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8827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catch, throw, run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0D88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Watch the ball; communicate; choose where to strike.</w:t>
            </w:r>
          </w:p>
        </w:tc>
      </w:tr>
      <w:tr w:rsidR="00EB4A93" w14:paraId="0D53527D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671BD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10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6475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Tactical striking &amp; fielding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C88B5" w14:textId="0A0C4778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placement, running between bases, fielding positions and tactical decisions. Options: Rounders • cricket • longball.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5845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catch, run, throw, change direction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399E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Decide when to run; place the ball away from fielders.</w:t>
            </w:r>
          </w:p>
        </w:tc>
      </w:tr>
      <w:tr w:rsidR="00EB4A93" w14:paraId="40ADE73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041A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37F0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Striking &amp; fielding games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C3350" w14:textId="141E72F4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Small-sided games with pupils taking attacking, fielding, scoring and officiating roles. Options: Rounders • cricket • longball • softball-style.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957C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field, throw, catch, run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883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tactics; communicate; show sportsmanship.</w:t>
            </w:r>
          </w:p>
        </w:tc>
      </w:tr>
      <w:tr w:rsidR="00EB4A93" w14:paraId="46171F48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BD87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CED0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Games tournament &amp; reflection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E198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Modified striking/fielding tournament followed by reflection on performance, tactics and teamwork. Options: Class choice of striking/fielding game.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6572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sport-specific skills and decision making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9C6A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Evaluate performance; identify a next step.</w:t>
            </w:r>
          </w:p>
        </w:tc>
      </w:tr>
    </w:tbl>
    <w:p w14:paraId="0017D77D" w14:textId="3CF79FD6" w:rsidR="00EB4A93" w:rsidRDefault="00EB4A93">
      <w:pPr>
        <w:jc w:val="center"/>
      </w:pPr>
    </w:p>
    <w:sectPr w:rsidR="00EB4A93" w:rsidSect="00034616">
      <w:pgSz w:w="16834" w:h="11909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D08D" w14:textId="77777777" w:rsidR="002A1EAA" w:rsidRDefault="002A1EAA" w:rsidP="00B3087C">
      <w:pPr>
        <w:spacing w:after="0" w:line="240" w:lineRule="auto"/>
      </w:pPr>
      <w:r>
        <w:separator/>
      </w:r>
    </w:p>
  </w:endnote>
  <w:endnote w:type="continuationSeparator" w:id="0">
    <w:p w14:paraId="0563542A" w14:textId="77777777" w:rsidR="002A1EAA" w:rsidRDefault="002A1EAA" w:rsidP="00B3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740BF" w14:textId="77777777" w:rsidR="002A1EAA" w:rsidRDefault="002A1EAA" w:rsidP="00B3087C">
      <w:pPr>
        <w:spacing w:after="0" w:line="240" w:lineRule="auto"/>
      </w:pPr>
      <w:r>
        <w:separator/>
      </w:r>
    </w:p>
  </w:footnote>
  <w:footnote w:type="continuationSeparator" w:id="0">
    <w:p w14:paraId="4E031C36" w14:textId="77777777" w:rsidR="002A1EAA" w:rsidRDefault="002A1EAA" w:rsidP="00B3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6817193">
    <w:abstractNumId w:val="8"/>
  </w:num>
  <w:num w:numId="2" w16cid:durableId="179206202">
    <w:abstractNumId w:val="6"/>
  </w:num>
  <w:num w:numId="3" w16cid:durableId="1364597692">
    <w:abstractNumId w:val="5"/>
  </w:num>
  <w:num w:numId="4" w16cid:durableId="709382330">
    <w:abstractNumId w:val="4"/>
  </w:num>
  <w:num w:numId="5" w16cid:durableId="890076117">
    <w:abstractNumId w:val="7"/>
  </w:num>
  <w:num w:numId="6" w16cid:durableId="1133249879">
    <w:abstractNumId w:val="3"/>
  </w:num>
  <w:num w:numId="7" w16cid:durableId="1987319722">
    <w:abstractNumId w:val="2"/>
  </w:num>
  <w:num w:numId="8" w16cid:durableId="1859810305">
    <w:abstractNumId w:val="1"/>
  </w:num>
  <w:num w:numId="9" w16cid:durableId="60276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0104"/>
    <w:rsid w:val="0015074B"/>
    <w:rsid w:val="0029639D"/>
    <w:rsid w:val="002A1EAA"/>
    <w:rsid w:val="002F691D"/>
    <w:rsid w:val="00326F90"/>
    <w:rsid w:val="006000ED"/>
    <w:rsid w:val="008E6B49"/>
    <w:rsid w:val="00AA1D8D"/>
    <w:rsid w:val="00B3087C"/>
    <w:rsid w:val="00B47730"/>
    <w:rsid w:val="00CB0664"/>
    <w:rsid w:val="00EB4A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2580F6"/>
  <w14:defaultImageDpi w14:val="300"/>
  <w15:docId w15:val="{1A8164EB-F022-4E6C-BE4A-B4461357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Law</cp:lastModifiedBy>
  <cp:revision>2</cp:revision>
  <dcterms:created xsi:type="dcterms:W3CDTF">2026-08-20T14:35:00Z</dcterms:created>
  <dcterms:modified xsi:type="dcterms:W3CDTF">2026-08-20T14:35:00Z</dcterms:modified>
  <cp:category/>
</cp:coreProperties>
</file>